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B6B6B"/>
          <w:sz w:val="17"/>
        </w:rPr>
        <w:t>BỎ TÚI AI · SERIES AI CHO DÂN VĂN PHÒNG</w:t>
      </w:r>
    </w:p>
    <w:p>
      <w:pPr>
        <w:pStyle w:val="Title"/>
      </w:pPr>
      <w:r>
        <w:t>3 mẫu email khó</w:t>
      </w:r>
    </w:p>
    <w:p>
      <w:pPr>
        <w:pBdr>
          <w:bottom w:val="single" w:sz="24" w:space="1" w:color="FFD54A"/>
        </w:pBdr>
      </w:pPr>
    </w:p>
    <w:p>
      <w:r>
        <w:t>Từ chối việc ngoài phạm vi · Nhắc việc lịch sự · Xin dời deadline. Mỗi mẫu gồm prompt để dán vào ChatGPT, Claude, Gemini và một email minh hoạ. Thay chữ trong ngoặc vuông [ ] bằng thông tin của bạn.</w:t>
      </w:r>
    </w:p>
    <w:p>
      <w:r>
        <w:rPr>
          <w:i/>
          <w:color w:val="6B6B6B"/>
          <w:sz w:val="18"/>
        </w:rPr>
        <w:t>Email “Trước” và “Sau” là ví dụ viết để minh hoạ cách chỉnh, không phải kết quả chạy từ một AI cụ thể. Tên người trong ví dụ là giả.</w:t>
      </w:r>
    </w:p>
    <w:p>
      <w:pPr>
        <w:pStyle w:val="Heading1"/>
      </w:pPr>
      <w:r>
        <w:t>Công thức 5 ô cho email khó</w:t>
      </w:r>
    </w:p>
    <w:p>
      <w:pPr>
        <w:pStyle w:val="ListNumber"/>
      </w:pPr>
      <w:r>
        <w:rPr>
          <w:b/>
        </w:rPr>
        <w:t xml:space="preserve">Mục tiêu. </w:t>
      </w:r>
      <w:r>
        <w:t>Đọc xong, người nhận làm gì? Đồng ý lùi hạn, gửi hồ sơ, hay chỉ cần hiểu là bạn không nhận việc.</w:t>
      </w:r>
    </w:p>
    <w:p>
      <w:pPr>
        <w:pStyle w:val="ListNumber"/>
      </w:pPr>
      <w:r>
        <w:rPr>
          <w:b/>
        </w:rPr>
        <w:t xml:space="preserve">Quan hệ và xưng hô. </w:t>
      </w:r>
      <w:r>
        <w:t>Sếp, đồng nghiệp hay khách? Lớn hay nhỏ tuổi hơn? Bạn xưng "em", "mình" hay "tôi"? Ô này AI hay đoán sai nhất với tiếng Việt.</w:t>
      </w:r>
    </w:p>
    <w:p>
      <w:pPr>
        <w:pStyle w:val="ListNumber"/>
      </w:pPr>
      <w:r>
        <w:rPr>
          <w:b/>
        </w:rPr>
        <w:t xml:space="preserve">Sự thật cần nói. </w:t>
      </w:r>
      <w:r>
        <w:t>Con số, ngày tháng, lý do thật. Nếu bạn không đưa, AI sẽ tự viết ra một lý do nghe hợp lý.</w:t>
      </w:r>
    </w:p>
    <w:p>
      <w:pPr>
        <w:pStyle w:val="ListNumber"/>
      </w:pPr>
      <w:r>
        <w:rPr>
          <w:b/>
        </w:rPr>
        <w:t xml:space="preserve">Giọng. </w:t>
      </w:r>
      <w:r>
        <w:t>Trang trọng, ấm áp hay ngắn gọn. Thêm điều cần tránh nếu có, ví dụ "không xin lỗi quá nhiều".</w:t>
      </w:r>
    </w:p>
    <w:p>
      <w:pPr>
        <w:pStyle w:val="ListNumber"/>
      </w:pPr>
      <w:r>
        <w:rPr>
          <w:b/>
        </w:rPr>
        <w:t xml:space="preserve">Độ dài. </w:t>
      </w:r>
      <w:r>
        <w:t>Số chữ tối đa, có cần tiêu đề không, người nhận đọc trên điện thoại hay máy tính.</w:t>
      </w:r>
    </w:p>
    <w:p>
      <w:r>
        <w:rPr>
          <w:b/>
        </w:rPr>
        <w:t xml:space="preserve">Khung thư chung: </w:t>
      </w:r>
      <w:r>
        <w:t>cảm ơn hoặc ghi nhận → nói thẳng sự thật → đưa lựa chọn tiếp theo.</w:t>
      </w:r>
    </w:p>
    <w:p>
      <w:pPr>
        <w:pStyle w:val="Heading1"/>
      </w:pPr>
      <w:r>
        <w:t>Mẫu 1. Từ chối việc ngoài phạm vi</w:t>
      </w:r>
    </w:p>
    <w:p>
      <w:r>
        <w:rPr>
          <w:i/>
          <w:color w:val="6B6B6B"/>
          <w:sz w:val="18"/>
        </w:rPr>
        <w:t>Tình huống: Chị Lan bên Marketing nhờ bạn làm slide cho sự kiện cuối tháng. Bạn đang chạy hạn dự án, và việc này cũng không thuộc phòng bạn.</w:t>
      </w:r>
    </w:p>
    <w:p>
      <w:pPr>
        <w:pStyle w:val="Heading2"/>
      </w:pPr>
      <w:r>
        <w:t>Prompt</w:t>
      </w:r>
    </w:p>
    <w:tbl>
      <w:tblPr>
        <w:tblStyle w:val="TableGrid"/>
        <w:tblW w:type="auto" w:w="0"/>
        <w:tblLook w:firstColumn="1" w:firstRow="1" w:lastColumn="0" w:lastRow="0" w:noHBand="0" w:noVBand="1" w:val="04A0"/>
      </w:tblPr>
      <w:tblGrid>
        <w:gridCol w:w="9638"/>
      </w:tblGrid>
      <w:tr>
        <w:tc>
          <w:tcPr>
            <w:tcW w:type="dxa" w:w="9638"/>
            <w:shd w:val="clear" w:color="auto" w:fill="FAFAFA"/>
          </w:tcPr>
          <w:p>
            <w:pPr>
              <w:spacing w:after="0"/>
            </w:pPr>
            <w:r/>
            <w:r>
              <w:rPr>
                <w:sz w:val="20"/>
              </w:rPr>
              <w:t>Bạn là nhân viên văn phòng khéo léo, viết email nội bộ bằng tiếng Việt.</w:t>
            </w:r>
          </w:p>
          <w:p>
            <w:pPr>
              <w:spacing w:after="0"/>
            </w:pPr>
            <w:r>
              <w:rPr>
                <w:sz w:val="20"/>
              </w:rPr>
            </w:r>
          </w:p>
          <w:p>
            <w:pPr>
              <w:spacing w:after="0"/>
            </w:pPr>
            <w:r>
              <w:rPr>
                <w:sz w:val="20"/>
              </w:rPr>
              <w:t>Mục tiêu: từ chối lời nhờ của [tên người nhờ] ([phòng ban]) về việc [việc được nhờ], nhưng giữ quan hệ tốt.</w:t>
            </w:r>
          </w:p>
          <w:p>
            <w:pPr>
              <w:spacing w:after="0"/>
            </w:pPr>
            <w:r>
              <w:rPr>
                <w:sz w:val="20"/>
              </w:rPr>
              <w:t>Quan hệ: [người nhờ] lớn tuổi hơn mình, mình xưng "em", gọi "[chị/anh]". Hai bên hay hỗ trợ nhau.</w:t>
            </w:r>
          </w:p>
          <w:p>
            <w:pPr>
              <w:spacing w:after="0"/>
            </w:pPr>
            <w:r>
              <w:rPr>
                <w:sz w:val="20"/>
              </w:rPr>
              <w:t>Sự thật: mình đang làm [việc đang làm], hạn [hạn chót]. Việc này không thuộc phòng mình.</w:t>
            </w:r>
          </w:p>
          <w:p>
            <w:pPr>
              <w:spacing w:after="0"/>
            </w:pPr>
            <w:r>
              <w:rPr>
                <w:sz w:val="20"/>
              </w:rPr>
              <w:t>Gợi ý thay thế: [người hoặc tài liệu có thể giúp].</w:t>
            </w:r>
          </w:p>
          <w:p>
            <w:pPr>
              <w:spacing w:after="0"/>
            </w:pPr>
            <w:r>
              <w:rPr>
                <w:sz w:val="20"/>
              </w:rPr>
              <w:t>Giọng: ấm áp, nói "không" rõ ràng, không xin lỗi quá 1 lần, không viện lý do nào ngoài các ý trên.</w:t>
            </w:r>
          </w:p>
          <w:p>
            <w:pPr>
              <w:spacing w:after="0"/>
            </w:pPr>
            <w:r>
              <w:rPr>
                <w:sz w:val="20"/>
              </w:rPr>
              <w:t>Độ dài: dưới 90 chữ, không cần tiêu đề.</w:t>
            </w:r>
          </w:p>
        </w:tc>
      </w:tr>
    </w:tbl>
    <w:p/>
    <w:p>
      <w:pPr>
        <w:pStyle w:val="Heading2"/>
      </w:pPr>
      <w:r>
        <w:t>Email minh hoạ</w:t>
      </w:r>
    </w:p>
    <w:tbl>
      <w:tblPr>
        <w:tblStyle w:val="TableGrid"/>
        <w:tblW w:type="auto" w:w="0"/>
        <w:tblLook w:firstColumn="1" w:firstRow="1" w:lastColumn="0" w:lastRow="0" w:noHBand="0" w:noVBand="1" w:val="04A0"/>
      </w:tblPr>
      <w:tblGrid>
        <w:gridCol w:w="4819"/>
        <w:gridCol w:w="4819"/>
      </w:tblGrid>
      <w:tr>
        <w:tc>
          <w:tcPr>
            <w:tcW w:type="dxa" w:w="3969"/>
            <w:shd w:val="clear" w:color="auto" w:fill="FFD54A"/>
          </w:tcPr>
          <w:p>
            <w:r/>
            <w:r>
              <w:rPr>
                <w:b/>
              </w:rPr>
              <w:t>Trước (cộc)</w:t>
            </w:r>
          </w:p>
        </w:tc>
        <w:tc>
          <w:tcPr>
            <w:tcW w:type="dxa" w:w="5669"/>
            <w:shd w:val="clear" w:color="auto" w:fill="FFD54A"/>
          </w:tcPr>
          <w:p>
            <w:r/>
            <w:r>
              <w:rPr>
                <w:b/>
              </w:rPr>
              <w:t>Sau (đã chỉnh)</w:t>
            </w:r>
          </w:p>
        </w:tc>
      </w:tr>
      <w:tr>
        <w:tc>
          <w:tcPr>
            <w:tcW w:type="dxa" w:w="3969"/>
          </w:tcPr>
          <w:p>
            <w:r/>
            <w:r>
              <w:t>Chị Lan ơi, em không làm được đâu ạ. Việc này không phải của phòng em, em cũng đang ngập việc rồi. Chị nhờ người khác giúp nhé.</w:t>
            </w:r>
          </w:p>
        </w:tc>
        <w:tc>
          <w:tcPr>
            <w:tcW w:type="dxa" w:w="5669"/>
          </w:tcPr>
          <w:p>
            <w:r/>
            <w:r>
              <w:t>Chị Lan ơi, cảm ơn chị đã nghĩ đến em. Tuần này em phải chốt dự án X trước thứ Sáu nên chưa nhận thêm slide được ạ. Chị thử hỏi bạn Minh bên thiết kế xem sao. Nếu cần, em gửi chị bộ slide sự kiện năm ngoái để chị dùng lại nhé.</w:t>
            </w:r>
          </w:p>
        </w:tc>
      </w:tr>
    </w:tbl>
    <w:p/>
    <w:p>
      <w:pPr>
        <w:pStyle w:val="Heading1"/>
      </w:pPr>
      <w:r>
        <w:t>Mẫu 2. Nhắc việc lịch sự</w:t>
      </w:r>
    </w:p>
    <w:p>
      <w:r>
        <w:rPr>
          <w:i/>
          <w:color w:val="6B6B6B"/>
          <w:sz w:val="18"/>
        </w:rPr>
        <w:t>Tình huống: Khách hàng chưa xác nhận hồ sơ hợp đồng bạn gửi hơn một tuần trước. Bạn cần họ trả lời để kịp giao hàng.</w:t>
      </w:r>
    </w:p>
    <w:p>
      <w:pPr>
        <w:pStyle w:val="Heading2"/>
      </w:pPr>
      <w:r>
        <w:t>Prompt</w:t>
      </w:r>
    </w:p>
    <w:tbl>
      <w:tblPr>
        <w:tblStyle w:val="TableGrid"/>
        <w:tblW w:type="auto" w:w="0"/>
        <w:tblLook w:firstColumn="1" w:firstRow="1" w:lastColumn="0" w:lastRow="0" w:noHBand="0" w:noVBand="1" w:val="04A0"/>
      </w:tblPr>
      <w:tblGrid>
        <w:gridCol w:w="9638"/>
      </w:tblGrid>
      <w:tr>
        <w:tc>
          <w:tcPr>
            <w:tcW w:type="dxa" w:w="9638"/>
            <w:shd w:val="clear" w:color="auto" w:fill="FAFAFA"/>
          </w:tcPr>
          <w:p>
            <w:pPr>
              <w:spacing w:after="0"/>
            </w:pPr>
            <w:r/>
            <w:r>
              <w:rPr>
                <w:sz w:val="20"/>
              </w:rPr>
              <w:t>Bạn là nhân viên chăm sóc khách hàng chuyên nghiệp, viết email tiếng Việt.</w:t>
            </w:r>
          </w:p>
          <w:p>
            <w:pPr>
              <w:spacing w:after="0"/>
            </w:pPr>
            <w:r>
              <w:rPr>
                <w:sz w:val="20"/>
              </w:rPr>
            </w:r>
          </w:p>
          <w:p>
            <w:pPr>
              <w:spacing w:after="0"/>
            </w:pPr>
            <w:r>
              <w:rPr>
                <w:sz w:val="20"/>
              </w:rPr>
              <w:t>Mục tiêu: nhắc [tên khách] xác nhận [việc cần khách làm] trước [hạn mới].</w:t>
            </w:r>
          </w:p>
          <w:p>
            <w:pPr>
              <w:spacing w:after="0"/>
            </w:pPr>
            <w:r>
              <w:rPr>
                <w:sz w:val="20"/>
              </w:rPr>
              <w:t>Quan hệ: khách hàng, [lớn tuổi hơn / ngang tuổi]. Mình xưng "[em/tôi]", gọi "[anh/chị]". Đây là lần nhắc thứ [số lần].</w:t>
            </w:r>
          </w:p>
          <w:p>
            <w:pPr>
              <w:spacing w:after="0"/>
            </w:pPr>
            <w:r>
              <w:rPr>
                <w:sz w:val="20"/>
              </w:rPr>
              <w:t>Sự thật: mình đã gửi ngày [ngày gửi]. Nếu xác nhận sau [hạn mới] thì [hệ quả cụ thể, ví dụ giao hàng trễ].</w:t>
            </w:r>
          </w:p>
          <w:p>
            <w:pPr>
              <w:spacing w:after="0"/>
            </w:pPr>
            <w:r>
              <w:rPr>
                <w:sz w:val="20"/>
              </w:rPr>
              <w:t>Giọng: lịch sự, không trách móc, nêu rõ hạn và hệ quả, đề nghị hỗ trợ.</w:t>
            </w:r>
          </w:p>
          <w:p>
            <w:pPr>
              <w:spacing w:after="0"/>
            </w:pPr>
            <w:r>
              <w:rPr>
                <w:sz w:val="20"/>
              </w:rPr>
              <w:t>Độ dài: dưới 100 chữ, có tiêu đề email ngắn.</w:t>
            </w:r>
          </w:p>
        </w:tc>
      </w:tr>
    </w:tbl>
    <w:p/>
    <w:p>
      <w:pPr>
        <w:pStyle w:val="Heading2"/>
      </w:pPr>
      <w:r>
        <w:t>Email minh hoạ</w:t>
      </w:r>
    </w:p>
    <w:tbl>
      <w:tblPr>
        <w:tblStyle w:val="TableGrid"/>
        <w:tblW w:type="auto" w:w="0"/>
        <w:tblLook w:firstColumn="1" w:firstRow="1" w:lastColumn="0" w:lastRow="0" w:noHBand="0" w:noVBand="1" w:val="04A0"/>
      </w:tblPr>
      <w:tblGrid>
        <w:gridCol w:w="4819"/>
        <w:gridCol w:w="4819"/>
      </w:tblGrid>
      <w:tr>
        <w:tc>
          <w:tcPr>
            <w:tcW w:type="dxa" w:w="3969"/>
            <w:shd w:val="clear" w:color="auto" w:fill="FFD54A"/>
          </w:tcPr>
          <w:p>
            <w:r/>
            <w:r>
              <w:rPr>
                <w:b/>
              </w:rPr>
              <w:t>Trước (cộc)</w:t>
            </w:r>
          </w:p>
        </w:tc>
        <w:tc>
          <w:tcPr>
            <w:tcW w:type="dxa" w:w="5669"/>
            <w:shd w:val="clear" w:color="auto" w:fill="FFD54A"/>
          </w:tcPr>
          <w:p>
            <w:r/>
            <w:r>
              <w:rPr>
                <w:b/>
              </w:rPr>
              <w:t>Sau (đã chỉnh)</w:t>
            </w:r>
          </w:p>
        </w:tc>
      </w:tr>
      <w:tr>
        <w:tc>
          <w:tcPr>
            <w:tcW w:type="dxa" w:w="3969"/>
          </w:tcPr>
          <w:p>
            <w:r/>
            <w:r>
              <w:t>Anh ơi sao chưa gửi lại hồ sơ ạ? Bên em chờ cả tuần rồi, trễ nữa là không kịp giao đâu.</w:t>
            </w:r>
          </w:p>
        </w:tc>
        <w:tc>
          <w:tcPr>
            <w:tcW w:type="dxa" w:w="5669"/>
          </w:tcPr>
          <w:p>
            <w:r/>
            <w:r>
              <w:t>Chào anh Hùng, em là Thảo bên [công ty]. Em xin nhắc lại hồ sơ hợp đồng em gửi anh ngày 08/10. Để kịp giao hàng ngày 30/10, bên em cần anh xác nhận trước thứ Tư 21/10 ạ. Anh cần giải thích thêm phần nào, anh nhắn em gọi lại ngay.</w:t>
            </w:r>
          </w:p>
        </w:tc>
      </w:tr>
    </w:tbl>
    <w:p/>
    <w:p>
      <w:pPr>
        <w:pStyle w:val="Heading1"/>
      </w:pPr>
      <w:r>
        <w:t>Mẫu 3. Xin dời deadline</w:t>
      </w:r>
    </w:p>
    <w:p>
      <w:r>
        <w:rPr>
          <w:i/>
          <w:color w:val="6B6B6B"/>
          <w:sz w:val="18"/>
        </w:rPr>
        <w:t>Tình huống: Báo cáo quý hẹn nộp sếp thứ Sáu, nhưng số liệu kho về trễ. Bạn cần xin thêm thời gian trước khi hạn đến, không phải sau.</w:t>
      </w:r>
    </w:p>
    <w:p>
      <w:pPr>
        <w:pStyle w:val="Heading2"/>
      </w:pPr>
      <w:r>
        <w:t>Prompt</w:t>
      </w:r>
    </w:p>
    <w:tbl>
      <w:tblPr>
        <w:tblStyle w:val="TableGrid"/>
        <w:tblW w:type="auto" w:w="0"/>
        <w:tblLook w:firstColumn="1" w:firstRow="1" w:lastColumn="0" w:lastRow="0" w:noHBand="0" w:noVBand="1" w:val="04A0"/>
      </w:tblPr>
      <w:tblGrid>
        <w:gridCol w:w="9638"/>
      </w:tblGrid>
      <w:tr>
        <w:tc>
          <w:tcPr>
            <w:tcW w:type="dxa" w:w="9638"/>
            <w:shd w:val="clear" w:color="auto" w:fill="FAFAFA"/>
          </w:tcPr>
          <w:p>
            <w:pPr>
              <w:spacing w:after="0"/>
            </w:pPr>
            <w:r/>
            <w:r>
              <w:rPr>
                <w:sz w:val="20"/>
              </w:rPr>
              <w:t>Bạn là nhân viên có trách nhiệm, viết email tiếng Việt gửi sếp trực tiếp.</w:t>
            </w:r>
          </w:p>
          <w:p>
            <w:pPr>
              <w:spacing w:after="0"/>
            </w:pPr>
            <w:r>
              <w:rPr>
                <w:sz w:val="20"/>
              </w:rPr>
            </w:r>
          </w:p>
          <w:p>
            <w:pPr>
              <w:spacing w:after="0"/>
            </w:pPr>
            <w:r>
              <w:rPr>
                <w:sz w:val="20"/>
              </w:rPr>
              <w:t>Mục tiêu: xin dời hạn [tên việc] từ [hạn cũ] sang [hạn mới], sếp đồng ý.</w:t>
            </w:r>
          </w:p>
          <w:p>
            <w:pPr>
              <w:spacing w:after="0"/>
            </w:pPr>
            <w:r>
              <w:rPr>
                <w:sz w:val="20"/>
              </w:rPr>
              <w:t>Quan hệ: sếp lớn tuổi hơn, mình xưng "em", gọi "[anh/chị] [tên]".</w:t>
            </w:r>
          </w:p>
          <w:p>
            <w:pPr>
              <w:spacing w:after="0"/>
            </w:pPr>
            <w:r>
              <w:rPr>
                <w:sz w:val="20"/>
              </w:rPr>
              <w:t>Sự thật: lý do là [lý do thật, cụ thể]. Hiện đã xong khoảng [phần trăm hoặc phần đã xong].</w:t>
            </w:r>
          </w:p>
          <w:p>
            <w:pPr>
              <w:spacing w:after="0"/>
            </w:pPr>
            <w:r>
              <w:rPr>
                <w:sz w:val="20"/>
              </w:rPr>
              <w:t>Phương án: trước [hạn cũ] mình gửi trước [phần gửi trước].</w:t>
            </w:r>
          </w:p>
          <w:p>
            <w:pPr>
              <w:spacing w:after="0"/>
            </w:pPr>
            <w:r>
              <w:rPr>
                <w:sz w:val="20"/>
              </w:rPr>
              <w:t>Giọng: nhận trách nhiệm, không than vãn, không đổ lỗi cho người khác, kết bằng một câu hỏi để sếp trả lời nhanh.</w:t>
            </w:r>
          </w:p>
          <w:p>
            <w:pPr>
              <w:spacing w:after="0"/>
            </w:pPr>
            <w:r>
              <w:rPr>
                <w:sz w:val="20"/>
              </w:rPr>
              <w:t>Độ dài: dưới 100 chữ.</w:t>
            </w:r>
          </w:p>
        </w:tc>
      </w:tr>
    </w:tbl>
    <w:p/>
    <w:p>
      <w:pPr>
        <w:pStyle w:val="Heading2"/>
      </w:pPr>
      <w:r>
        <w:t>Email minh hoạ</w:t>
      </w:r>
    </w:p>
    <w:tbl>
      <w:tblPr>
        <w:tblStyle w:val="TableGrid"/>
        <w:tblW w:type="auto" w:w="0"/>
        <w:tblLook w:firstColumn="1" w:firstRow="1" w:lastColumn="0" w:lastRow="0" w:noHBand="0" w:noVBand="1" w:val="04A0"/>
      </w:tblPr>
      <w:tblGrid>
        <w:gridCol w:w="4819"/>
        <w:gridCol w:w="4819"/>
      </w:tblGrid>
      <w:tr>
        <w:tc>
          <w:tcPr>
            <w:tcW w:type="dxa" w:w="3969"/>
            <w:shd w:val="clear" w:color="auto" w:fill="FFD54A"/>
          </w:tcPr>
          <w:p>
            <w:r/>
            <w:r>
              <w:rPr>
                <w:b/>
              </w:rPr>
              <w:t>Trước (cộc)</w:t>
            </w:r>
          </w:p>
        </w:tc>
        <w:tc>
          <w:tcPr>
            <w:tcW w:type="dxa" w:w="5669"/>
            <w:shd w:val="clear" w:color="auto" w:fill="FFD54A"/>
          </w:tcPr>
          <w:p>
            <w:r/>
            <w:r>
              <w:rPr>
                <w:b/>
              </w:rPr>
              <w:t>Sau (đã chỉnh)</w:t>
            </w:r>
          </w:p>
        </w:tc>
      </w:tr>
      <w:tr>
        <w:tc>
          <w:tcPr>
            <w:tcW w:type="dxa" w:w="3969"/>
          </w:tcPr>
          <w:p>
            <w:r/>
            <w:r>
              <w:t>Anh ơi em xin lùi báo cáo ạ, dạo này nhiều việc quá, số liệu cũng chưa có đủ.</w:t>
            </w:r>
          </w:p>
        </w:tc>
        <w:tc>
          <w:tcPr>
            <w:tcW w:type="dxa" w:w="5669"/>
          </w:tcPr>
          <w:p>
            <w:r/>
            <w:r>
              <w:t>Anh Nam ơi, báo cáo quý 3 em hẹn nộp thứ Sáu 23/10 sẽ trễ ạ: số liệu kho về chậm 2 ngày, em mới làm được khoảng 70%. Em xin nộp bản đầy đủ sáng thứ Hai 26/10. Chiều thứ Sáu em gửi trước phần doanh thu để anh xem. Anh thấy vậy được không ạ?</w:t>
            </w:r>
          </w:p>
        </w:tc>
      </w:tr>
    </w:tbl>
    <w:p>
      <w:r>
        <w:rPr>
          <w:i/>
        </w:rPr>
        <w:t>Mẹo: xin dời hạn hiệu quả hơn khi có mốc mới cụ thể và một phần gửi trước. Chưa biết mốc mới thì đừng để AI tự điền một ngày nghe hợp lý.</w:t>
      </w:r>
    </w:p>
    <w:p>
      <w:pPr>
        <w:pStyle w:val="Heading1"/>
      </w:pPr>
      <w:r>
        <w:t>Câu chỉnh giọng nhanh</w:t>
      </w:r>
    </w:p>
    <w:p>
      <w:pPr>
        <w:pStyle w:val="ListBullet"/>
      </w:pPr>
      <w:r>
        <w:t>Giữ nguyên nội dung, đổi xưng hô thành "[xưng] – [gọi]" trong toàn bộ email.</w:t>
      </w:r>
    </w:p>
    <w:p>
      <w:pPr>
        <w:pStyle w:val="ListBullet"/>
      </w:pPr>
      <w:r>
        <w:t>Bớt trang trọng một bậc, như nhắn cho đồng nghiệp đã làm cùng 2 năm.</w:t>
      </w:r>
    </w:p>
    <w:p>
      <w:pPr>
        <w:pStyle w:val="ListBullet"/>
      </w:pPr>
      <w:r>
        <w:t>Bỏ hết câu xin lỗi, chỉ giữ một câu nhận trách nhiệm.</w:t>
      </w:r>
    </w:p>
    <w:p>
      <w:pPr>
        <w:pStyle w:val="ListBullet"/>
      </w:pPr>
      <w:r>
        <w:t>Viết lại để người nhận đọc 5 giây trên điện thoại vẫn hiểu cần làm gì.</w:t>
      </w:r>
    </w:p>
    <w:p>
      <w:pPr>
        <w:pStyle w:val="Heading1"/>
      </w:pPr>
      <w:r>
        <w:t>Gợi ý xưng hô trong email công việc</w:t>
      </w:r>
    </w:p>
    <w:p>
      <w:r>
        <w:rPr>
          <w:i/>
          <w:color w:val="6B6B6B"/>
          <w:sz w:val="18"/>
        </w:rPr>
        <w:t>Theo thói quen công sở phổ biến. Hãy chỉnh theo văn hoá công ty bạn.</w:t>
      </w:r>
    </w:p>
    <w:tbl>
      <w:tblPr>
        <w:tblStyle w:val="TableGrid"/>
        <w:tblW w:type="auto" w:w="0"/>
        <w:tblLook w:firstColumn="1" w:firstRow="1" w:lastColumn="0" w:lastRow="0" w:noHBand="0" w:noVBand="1" w:val="04A0"/>
      </w:tblPr>
      <w:tblGrid>
        <w:gridCol w:w="2409"/>
        <w:gridCol w:w="2409"/>
        <w:gridCol w:w="2409"/>
        <w:gridCol w:w="2409"/>
      </w:tblGrid>
      <w:tr>
        <w:tc>
          <w:tcPr>
            <w:tcW w:type="dxa" w:w="2608"/>
            <w:shd w:val="clear" w:color="auto" w:fill="FFD54A"/>
          </w:tcPr>
          <w:p>
            <w:r/>
            <w:r>
              <w:rPr>
                <w:b/>
              </w:rPr>
              <w:t>Người nhận</w:t>
            </w:r>
          </w:p>
        </w:tc>
        <w:tc>
          <w:tcPr>
            <w:tcW w:type="dxa" w:w="2381"/>
            <w:shd w:val="clear" w:color="auto" w:fill="FFD54A"/>
          </w:tcPr>
          <w:p>
            <w:r/>
            <w:r>
              <w:rPr>
                <w:b/>
              </w:rPr>
              <w:t>Xưng – gọi</w:t>
            </w:r>
          </w:p>
        </w:tc>
        <w:tc>
          <w:tcPr>
            <w:tcW w:type="dxa" w:w="2494"/>
            <w:shd w:val="clear" w:color="auto" w:fill="FFD54A"/>
          </w:tcPr>
          <w:p>
            <w:r/>
            <w:r>
              <w:rPr>
                <w:b/>
              </w:rPr>
              <w:t>Mở thư</w:t>
            </w:r>
          </w:p>
        </w:tc>
        <w:tc>
          <w:tcPr>
            <w:tcW w:type="dxa" w:w="2154"/>
            <w:shd w:val="clear" w:color="auto" w:fill="FFD54A"/>
          </w:tcPr>
          <w:p>
            <w:r/>
            <w:r>
              <w:rPr>
                <w:b/>
              </w:rPr>
              <w:t>Kết thư</w:t>
            </w:r>
          </w:p>
        </w:tc>
      </w:tr>
      <w:tr>
        <w:tc>
          <w:tcPr>
            <w:tcW w:type="dxa" w:w="2608"/>
          </w:tcPr>
          <w:p>
            <w:r/>
            <w:r>
              <w:t>Sếp trực tiếp, lớn tuổi hơn</w:t>
            </w:r>
          </w:p>
        </w:tc>
        <w:tc>
          <w:tcPr>
            <w:tcW w:type="dxa" w:w="2381"/>
          </w:tcPr>
          <w:p>
            <w:r/>
            <w:r>
              <w:t>em – anh/chị</w:t>
            </w:r>
          </w:p>
        </w:tc>
        <w:tc>
          <w:tcPr>
            <w:tcW w:type="dxa" w:w="2494"/>
          </w:tcPr>
          <w:p>
            <w:r/>
            <w:r>
              <w:t>Anh Nam ơi, / Chào anh Nam,</w:t>
            </w:r>
          </w:p>
        </w:tc>
        <w:tc>
          <w:tcPr>
            <w:tcW w:type="dxa" w:w="2154"/>
          </w:tcPr>
          <w:p>
            <w:r/>
            <w:r>
              <w:t>Em cảm ơn anh ạ.</w:t>
            </w:r>
          </w:p>
        </w:tc>
      </w:tr>
      <w:tr>
        <w:tc>
          <w:tcPr>
            <w:tcW w:type="dxa" w:w="2608"/>
          </w:tcPr>
          <w:p>
            <w:r/>
            <w:r>
              <w:t>Ban giám đốc, cấp cao</w:t>
            </w:r>
          </w:p>
        </w:tc>
        <w:tc>
          <w:tcPr>
            <w:tcW w:type="dxa" w:w="2381"/>
          </w:tcPr>
          <w:p>
            <w:r/>
            <w:r>
              <w:t>em hoặc tôi – anh/chị</w:t>
            </w:r>
          </w:p>
        </w:tc>
        <w:tc>
          <w:tcPr>
            <w:tcW w:type="dxa" w:w="2494"/>
          </w:tcPr>
          <w:p>
            <w:r/>
            <w:r>
              <w:t>Kính gửi anh Nam,</w:t>
            </w:r>
          </w:p>
        </w:tc>
        <w:tc>
          <w:tcPr>
            <w:tcW w:type="dxa" w:w="2154"/>
          </w:tcPr>
          <w:p>
            <w:r/>
            <w:r>
              <w:t>Trân trọng,</w:t>
            </w:r>
          </w:p>
        </w:tc>
      </w:tr>
      <w:tr>
        <w:tc>
          <w:tcPr>
            <w:tcW w:type="dxa" w:w="2608"/>
          </w:tcPr>
          <w:p>
            <w:r/>
            <w:r>
              <w:t>Đồng nghiệp lớn tuổi hơn</w:t>
            </w:r>
          </w:p>
        </w:tc>
        <w:tc>
          <w:tcPr>
            <w:tcW w:type="dxa" w:w="2381"/>
          </w:tcPr>
          <w:p>
            <w:r/>
            <w:r>
              <w:t>em – anh/chị</w:t>
            </w:r>
          </w:p>
        </w:tc>
        <w:tc>
          <w:tcPr>
            <w:tcW w:type="dxa" w:w="2494"/>
          </w:tcPr>
          <w:p>
            <w:r/>
            <w:r>
              <w:t>Chị Lan ơi,</w:t>
            </w:r>
          </w:p>
        </w:tc>
        <w:tc>
          <w:tcPr>
            <w:tcW w:type="dxa" w:w="2154"/>
          </w:tcPr>
          <w:p>
            <w:r/>
            <w:r>
              <w:t>Em cảm ơn chị nhé.</w:t>
            </w:r>
          </w:p>
        </w:tc>
      </w:tr>
      <w:tr>
        <w:tc>
          <w:tcPr>
            <w:tcW w:type="dxa" w:w="2608"/>
          </w:tcPr>
          <w:p>
            <w:r/>
            <w:r>
              <w:t>Đồng nghiệp ngang tuổi, nhỏ tuổi hơn</w:t>
            </w:r>
          </w:p>
        </w:tc>
        <w:tc>
          <w:tcPr>
            <w:tcW w:type="dxa" w:w="2381"/>
          </w:tcPr>
          <w:p>
            <w:r/>
            <w:r>
              <w:t>mình – bạn, hoặc gọi tên</w:t>
            </w:r>
          </w:p>
        </w:tc>
        <w:tc>
          <w:tcPr>
            <w:tcW w:type="dxa" w:w="2494"/>
          </w:tcPr>
          <w:p>
            <w:r/>
            <w:r>
              <w:t>Chào Minh,</w:t>
            </w:r>
          </w:p>
        </w:tc>
        <w:tc>
          <w:tcPr>
            <w:tcW w:type="dxa" w:w="2154"/>
          </w:tcPr>
          <w:p>
            <w:r/>
            <w:r>
              <w:t>Cảm ơn Minh nhé!</w:t>
            </w:r>
          </w:p>
        </w:tc>
      </w:tr>
      <w:tr>
        <w:tc>
          <w:tcPr>
            <w:tcW w:type="dxa" w:w="2608"/>
          </w:tcPr>
          <w:p>
            <w:r/>
            <w:r>
              <w:t>Khách hàng, đối tác</w:t>
            </w:r>
          </w:p>
        </w:tc>
        <w:tc>
          <w:tcPr>
            <w:tcW w:type="dxa" w:w="2381"/>
          </w:tcPr>
          <w:p>
            <w:r/>
            <w:r>
              <w:t>em/tôi – anh/chị, hoặc bên em – quý công ty</w:t>
            </w:r>
          </w:p>
        </w:tc>
        <w:tc>
          <w:tcPr>
            <w:tcW w:type="dxa" w:w="2494"/>
          </w:tcPr>
          <w:p>
            <w:r/>
            <w:r>
              <w:t>Kính gửi anh Hùng,</w:t>
            </w:r>
          </w:p>
        </w:tc>
        <w:tc>
          <w:tcPr>
            <w:tcW w:type="dxa" w:w="2154"/>
          </w:tcPr>
          <w:p>
            <w:r/>
            <w:r>
              <w:t>Trân trọng,</w:t>
            </w:r>
          </w:p>
        </w:tc>
      </w:tr>
      <w:tr>
        <w:tc>
          <w:tcPr>
            <w:tcW w:type="dxa" w:w="2608"/>
          </w:tcPr>
          <w:p>
            <w:r/>
            <w:r>
              <w:t>Người lạ, chưa rõ tuổi</w:t>
            </w:r>
          </w:p>
        </w:tc>
        <w:tc>
          <w:tcPr>
            <w:tcW w:type="dxa" w:w="2381"/>
          </w:tcPr>
          <w:p>
            <w:r/>
            <w:r>
              <w:t>tôi – anh/chị</w:t>
            </w:r>
          </w:p>
        </w:tc>
        <w:tc>
          <w:tcPr>
            <w:tcW w:type="dxa" w:w="2494"/>
          </w:tcPr>
          <w:p>
            <w:r/>
            <w:r>
              <w:t>Kính gửi anh/chị,</w:t>
            </w:r>
          </w:p>
        </w:tc>
        <w:tc>
          <w:tcPr>
            <w:tcW w:type="dxa" w:w="2154"/>
          </w:tcPr>
          <w:p>
            <w:r/>
            <w:r>
              <w:t>Trân trọng,</w:t>
            </w:r>
          </w:p>
        </w:tc>
      </w:tr>
    </w:tbl>
    <w:p/>
    <w:p>
      <w:pPr>
        <w:pStyle w:val="Heading1"/>
      </w:pPr>
      <w:r>
        <w:t>Ma trận giọng: câu mở đầu mẫu</w:t>
      </w:r>
    </w:p>
    <w:tbl>
      <w:tblPr>
        <w:tblStyle w:val="TableGrid"/>
        <w:tblW w:type="auto" w:w="0"/>
        <w:tblLook w:firstColumn="1" w:firstRow="1" w:lastColumn="0" w:lastRow="0" w:noHBand="0" w:noVBand="1" w:val="04A0"/>
      </w:tblPr>
      <w:tblGrid>
        <w:gridCol w:w="2409"/>
        <w:gridCol w:w="2409"/>
        <w:gridCol w:w="2409"/>
        <w:gridCol w:w="2409"/>
      </w:tblGrid>
      <w:tr>
        <w:tc>
          <w:tcPr>
            <w:tcW w:type="dxa" w:w="1587"/>
            <w:shd w:val="clear" w:color="auto" w:fill="FFD54A"/>
          </w:tcPr>
          <w:p>
            <w:r/>
            <w:r>
              <w:rPr>
                <w:b/>
              </w:rPr>
              <w:t>Người nhận</w:t>
            </w:r>
          </w:p>
        </w:tc>
        <w:tc>
          <w:tcPr>
            <w:tcW w:type="dxa" w:w="2721"/>
            <w:shd w:val="clear" w:color="auto" w:fill="FFD54A"/>
          </w:tcPr>
          <w:p>
            <w:r/>
            <w:r>
              <w:rPr>
                <w:b/>
              </w:rPr>
              <w:t>Trang trọng</w:t>
            </w:r>
          </w:p>
        </w:tc>
        <w:tc>
          <w:tcPr>
            <w:tcW w:type="dxa" w:w="2721"/>
            <w:shd w:val="clear" w:color="auto" w:fill="FFD54A"/>
          </w:tcPr>
          <w:p>
            <w:r/>
            <w:r>
              <w:rPr>
                <w:b/>
              </w:rPr>
              <w:t>Ấm áp</w:t>
            </w:r>
          </w:p>
        </w:tc>
        <w:tc>
          <w:tcPr>
            <w:tcW w:type="dxa" w:w="2608"/>
            <w:shd w:val="clear" w:color="auto" w:fill="FFD54A"/>
          </w:tcPr>
          <w:p>
            <w:r/>
            <w:r>
              <w:rPr>
                <w:b/>
              </w:rPr>
              <w:t>Ngắn gọn</w:t>
            </w:r>
          </w:p>
        </w:tc>
      </w:tr>
      <w:tr>
        <w:tc>
          <w:tcPr>
            <w:tcW w:type="dxa" w:w="1587"/>
          </w:tcPr>
          <w:p>
            <w:r/>
            <w:r>
              <w:t>Sếp</w:t>
            </w:r>
          </w:p>
        </w:tc>
        <w:tc>
          <w:tcPr>
            <w:tcW w:type="dxa" w:w="2721"/>
          </w:tcPr>
          <w:p>
            <w:r/>
            <w:r>
              <w:t>Kính gửi anh Nam, em xin báo cáo…</w:t>
            </w:r>
          </w:p>
        </w:tc>
        <w:tc>
          <w:tcPr>
            <w:tcW w:type="dxa" w:w="2721"/>
          </w:tcPr>
          <w:p>
            <w:r/>
            <w:r>
              <w:t>Anh Nam ơi, em cập nhật anh tình hình…</w:t>
            </w:r>
          </w:p>
        </w:tc>
        <w:tc>
          <w:tcPr>
            <w:tcW w:type="dxa" w:w="2608"/>
          </w:tcPr>
          <w:p>
            <w:r/>
            <w:r>
              <w:t>Anh ơi, báo cáo quý 3 trễ 2 ngày ạ.</w:t>
            </w:r>
          </w:p>
        </w:tc>
      </w:tr>
      <w:tr>
        <w:tc>
          <w:tcPr>
            <w:tcW w:type="dxa" w:w="1587"/>
          </w:tcPr>
          <w:p>
            <w:r/>
            <w:r>
              <w:t>Đồng nghiệp</w:t>
            </w:r>
          </w:p>
        </w:tc>
        <w:tc>
          <w:tcPr>
            <w:tcW w:type="dxa" w:w="2721"/>
          </w:tcPr>
          <w:p>
            <w:r/>
            <w:r>
              <w:t>Chào chị Lan, em phản hồi về đề nghị…</w:t>
            </w:r>
          </w:p>
        </w:tc>
        <w:tc>
          <w:tcPr>
            <w:tcW w:type="dxa" w:w="2721"/>
          </w:tcPr>
          <w:p>
            <w:r/>
            <w:r>
              <w:t>Chị Lan ơi, cảm ơn chị đã nghĩ đến em…</w:t>
            </w:r>
          </w:p>
        </w:tc>
        <w:tc>
          <w:tcPr>
            <w:tcW w:type="dxa" w:w="2608"/>
          </w:tcPr>
          <w:p>
            <w:r/>
            <w:r>
              <w:t>Chị ơi, tuần này em chưa nhận thêm được ạ.</w:t>
            </w:r>
          </w:p>
        </w:tc>
      </w:tr>
      <w:tr>
        <w:tc>
          <w:tcPr>
            <w:tcW w:type="dxa" w:w="1587"/>
          </w:tcPr>
          <w:p>
            <w:r/>
            <w:r>
              <w:t>Khách hàng</w:t>
            </w:r>
          </w:p>
        </w:tc>
        <w:tc>
          <w:tcPr>
            <w:tcW w:type="dxa" w:w="2721"/>
          </w:tcPr>
          <w:p>
            <w:r/>
            <w:r>
              <w:t>Kính gửi anh Hùng, bên em xin nhắc…</w:t>
            </w:r>
          </w:p>
        </w:tc>
        <w:tc>
          <w:tcPr>
            <w:tcW w:type="dxa" w:w="2721"/>
          </w:tcPr>
          <w:p>
            <w:r/>
            <w:r>
              <w:t>Chào anh Hùng, hy vọng tuần của anh suôn sẻ…</w:t>
            </w:r>
          </w:p>
        </w:tc>
        <w:tc>
          <w:tcPr>
            <w:tcW w:type="dxa" w:w="2608"/>
          </w:tcPr>
          <w:p>
            <w:r/>
            <w:r>
              <w:t>Anh Hùng ơi, em cần anh xác nhận trước 21/10 ạ.</w:t>
            </w:r>
          </w:p>
        </w:tc>
      </w:tr>
    </w:tbl>
    <w:p/>
    <w:p>
      <w:pPr>
        <w:pStyle w:val="Heading1"/>
      </w:pPr>
      <w:r>
        <w:t>Đọc lại 5 điểm trước khi bấm gửi</w:t>
      </w:r>
    </w:p>
    <w:p>
      <w:r>
        <w:t xml:space="preserve">☐ </w:t>
      </w:r>
      <w:r>
        <w:rPr>
          <w:b/>
        </w:rPr>
        <w:t xml:space="preserve">Sự thật. </w:t>
      </w:r>
      <w:r>
        <w:t>Mọi con số, ngày, lý do trong thư có đúng như bạn đưa vào không? AI có thêm lý do nào bạn không nói không?</w:t>
      </w:r>
    </w:p>
    <w:p>
      <w:r>
        <w:t xml:space="preserve">☐ </w:t>
      </w:r>
      <w:r>
        <w:rPr>
          <w:b/>
        </w:rPr>
        <w:t xml:space="preserve">Cam kết. </w:t>
      </w:r>
      <w:r>
        <w:t>AI có hứa thay bạn điều gì không? Xoá mọi lời hứa bạn không chắc làm được.</w:t>
      </w:r>
    </w:p>
    <w:p>
      <w:r>
        <w:t xml:space="preserve">☐ </w:t>
      </w:r>
      <w:r>
        <w:rPr>
          <w:b/>
        </w:rPr>
        <w:t xml:space="preserve">Giọng và xưng hô. </w:t>
      </w:r>
      <w:r>
        <w:t>Đọc to một lượt. Xưng hô có đổi giữa chừng không? Có câu nào nghe như văn dịch không?</w:t>
      </w:r>
    </w:p>
    <w:p>
      <w:r>
        <w:t xml:space="preserve">☐ </w:t>
      </w:r>
      <w:r>
        <w:rPr>
          <w:b/>
        </w:rPr>
        <w:t xml:space="preserve">Tên. </w:t>
      </w:r>
      <w:r>
        <w:t>Tên người nhận, chức danh, tên công ty, tên dự án có viết đúng không? Sai một dấu là thành tên người khác.</w:t>
      </w:r>
    </w:p>
    <w:p>
      <w:r>
        <w:t xml:space="preserve">☐ </w:t>
      </w:r>
      <w:r>
        <w:rPr>
          <w:b/>
        </w:rPr>
        <w:t xml:space="preserve">Độ dài. </w:t>
      </w:r>
      <w:r>
        <w:t>Người nhận đọc trên điện thoại có thấy ngay việc cần làm trong 2 dòng đầu không?</w:t>
      </w:r>
    </w:p>
    <w:p>
      <w:r>
        <w:rPr>
          <w:i/>
          <w:color w:val="6B6B6B"/>
          <w:sz w:val="18"/>
        </w:rPr>
        <w:t>Không dán số căn cước, số tài khoản, mật khẩu, lương, hợp đồng chưa ký vào AI. Thay bằng chữ giữ chỗ như [Khách A], [số tiền], [mã đơn]. Bài đầy đủ: botuiai.com/huong-dan/viet-email-kho</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B"/>
        <w:sz w:val="17"/>
      </w:rPr>
      <w:t>Bỏ Túi AI · botuiai.com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20202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color w:val="20202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s="Arial" w:eastAsia="Arial"/>
      <w:b/>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